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1A670" w14:textId="77777777" w:rsidR="00AF0552" w:rsidRPr="00B31894" w:rsidRDefault="00000000" w:rsidP="00B318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b/>
          <w:sz w:val="24"/>
          <w:szCs w:val="24"/>
          <w:lang w:val="pl-PL"/>
        </w:rPr>
        <w:t>REGULAMIN</w:t>
      </w:r>
    </w:p>
    <w:p w14:paraId="4CFAFA57" w14:textId="77777777" w:rsidR="00AF0552" w:rsidRPr="00B31894" w:rsidRDefault="00000000" w:rsidP="00B318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b/>
          <w:sz w:val="24"/>
          <w:szCs w:val="24"/>
          <w:lang w:val="pl-PL"/>
        </w:rPr>
        <w:t>uzgadniania zakresu części podstawy programowej i terminów oraz organizacji rocznych egzaminów klasyfikacyjnych dla uczniów spełniających obowiązek szkolny poza szkołą</w:t>
      </w:r>
    </w:p>
    <w:p w14:paraId="5362CBC6" w14:textId="77777777" w:rsidR="00AF0552" w:rsidRDefault="00000000" w:rsidP="00B318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b/>
          <w:sz w:val="24"/>
          <w:szCs w:val="24"/>
          <w:lang w:val="pl-PL"/>
        </w:rPr>
        <w:t>w Szkole Podstawowej Mistrzostwa Sportowego ZKS Unia Tarnów w Tarnowie</w:t>
      </w:r>
    </w:p>
    <w:p w14:paraId="0DB182A0" w14:textId="77777777" w:rsidR="00B31894" w:rsidRPr="00B31894" w:rsidRDefault="00B31894" w:rsidP="00B318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1030418D" w14:textId="77777777" w:rsidR="00AF0552" w:rsidRPr="00B31894" w:rsidRDefault="00000000" w:rsidP="00B318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b/>
          <w:sz w:val="24"/>
          <w:szCs w:val="24"/>
          <w:lang w:val="pl-PL"/>
        </w:rPr>
        <w:t>§ 1</w:t>
      </w:r>
    </w:p>
    <w:p w14:paraId="264F70CD" w14:textId="77777777" w:rsidR="00AF0552" w:rsidRDefault="00000000" w:rsidP="00B318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b/>
          <w:sz w:val="24"/>
          <w:szCs w:val="24"/>
          <w:lang w:val="pl-PL"/>
        </w:rPr>
        <w:t>Postanowienia ogólne</w:t>
      </w:r>
    </w:p>
    <w:p w14:paraId="0AE64646" w14:textId="77777777" w:rsidR="00B31894" w:rsidRPr="00B31894" w:rsidRDefault="00B31894" w:rsidP="00B318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50A73340" w14:textId="77777777" w:rsidR="00AF0552" w:rsidRPr="00B31894" w:rsidRDefault="00000000" w:rsidP="00B31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1. Regulamin określa zasady:</w:t>
      </w:r>
    </w:p>
    <w:p w14:paraId="396602BB" w14:textId="77777777" w:rsidR="00AF0552" w:rsidRPr="00B31894" w:rsidRDefault="00000000" w:rsidP="00B31894">
      <w:pPr>
        <w:spacing w:after="0" w:line="240" w:lineRule="auto"/>
        <w:ind w:left="312" w:hanging="255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1) uzgadniania zakresu części podstawy programowej;</w:t>
      </w:r>
    </w:p>
    <w:p w14:paraId="198389AA" w14:textId="77777777" w:rsidR="00AF0552" w:rsidRPr="00B31894" w:rsidRDefault="00000000" w:rsidP="00B31894">
      <w:pPr>
        <w:spacing w:after="0" w:line="240" w:lineRule="auto"/>
        <w:ind w:left="312" w:hanging="255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2) uzgadniania terminów egzaminów;</w:t>
      </w:r>
    </w:p>
    <w:p w14:paraId="66450E68" w14:textId="77777777" w:rsidR="00AF0552" w:rsidRPr="00B31894" w:rsidRDefault="00000000" w:rsidP="00B31894">
      <w:pPr>
        <w:spacing w:after="0" w:line="240" w:lineRule="auto"/>
        <w:ind w:left="312" w:hanging="255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3) organizacji i przebiegu egzaminów.</w:t>
      </w:r>
    </w:p>
    <w:p w14:paraId="024688D9" w14:textId="77777777" w:rsidR="00AF0552" w:rsidRPr="00B31894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2. Regulamin dotyczy uczniów spełniających obowiązek szkolny poza szkołą, w ramach edukacji domowej.</w:t>
      </w:r>
    </w:p>
    <w:p w14:paraId="66FC90DF" w14:textId="77777777" w:rsidR="00AF0552" w:rsidRPr="00B31894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3. Ilekroć w regulaminie jest mowa o:</w:t>
      </w:r>
    </w:p>
    <w:p w14:paraId="024EA305" w14:textId="77777777" w:rsidR="00AF0552" w:rsidRPr="00B31894" w:rsidRDefault="00000000" w:rsidP="00B31894">
      <w:pPr>
        <w:spacing w:after="0" w:line="240" w:lineRule="auto"/>
        <w:ind w:left="312" w:hanging="255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1) rodzicu – należy przez to rozumieć również opiekuna prawnego ucznia;</w:t>
      </w:r>
    </w:p>
    <w:p w14:paraId="1DD09F6E" w14:textId="77777777" w:rsidR="00AF0552" w:rsidRPr="00B31894" w:rsidRDefault="00000000" w:rsidP="00B31894">
      <w:pPr>
        <w:spacing w:after="0" w:line="240" w:lineRule="auto"/>
        <w:ind w:left="312" w:hanging="255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2) egzaminie – należy przez to rozumieć roczny egzamin klasyfikacyjny ucznia spełniającego obowiązek szkolny poza szkołą;</w:t>
      </w:r>
    </w:p>
    <w:p w14:paraId="678103AC" w14:textId="77777777" w:rsidR="00AF0552" w:rsidRDefault="00000000" w:rsidP="00B31894">
      <w:pPr>
        <w:spacing w:after="0" w:line="240" w:lineRule="auto"/>
        <w:ind w:left="312" w:hanging="255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3) platformie CND – należy przez to rozumieć platformę Centrum Nauczania Domowego.</w:t>
      </w:r>
    </w:p>
    <w:p w14:paraId="2BD5975F" w14:textId="77777777" w:rsidR="00B31894" w:rsidRPr="00B31894" w:rsidRDefault="00B31894" w:rsidP="00B31894">
      <w:pPr>
        <w:spacing w:after="0" w:line="240" w:lineRule="auto"/>
        <w:ind w:left="312" w:hanging="255"/>
        <w:rPr>
          <w:rFonts w:ascii="Times New Roman" w:hAnsi="Times New Roman" w:cs="Times New Roman"/>
          <w:sz w:val="24"/>
          <w:szCs w:val="24"/>
          <w:lang w:val="pl-PL"/>
        </w:rPr>
      </w:pPr>
    </w:p>
    <w:p w14:paraId="5B76BD9E" w14:textId="77777777" w:rsidR="00AF0552" w:rsidRPr="00B31894" w:rsidRDefault="00000000" w:rsidP="00B318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b/>
          <w:sz w:val="24"/>
          <w:szCs w:val="24"/>
          <w:lang w:val="pl-PL"/>
        </w:rPr>
        <w:t>§ 2</w:t>
      </w:r>
    </w:p>
    <w:p w14:paraId="755531F5" w14:textId="77777777" w:rsidR="00AF0552" w:rsidRDefault="00000000" w:rsidP="00B318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b/>
          <w:sz w:val="24"/>
          <w:szCs w:val="24"/>
          <w:lang w:val="pl-PL"/>
        </w:rPr>
        <w:t>Uzgadnianie zakresu części podstawy programowej</w:t>
      </w:r>
    </w:p>
    <w:p w14:paraId="3C052B25" w14:textId="77777777" w:rsidR="00B31894" w:rsidRPr="00B31894" w:rsidRDefault="00B31894" w:rsidP="00B318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606A82DB" w14:textId="77777777" w:rsidR="00AF0552" w:rsidRPr="00B31894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1. Egzaminy przeprowadza się z zakresu części podstawy programowej uzgodnionej na dany rok szkolny z dyrektorem Szkoły.</w:t>
      </w:r>
    </w:p>
    <w:p w14:paraId="712AF953" w14:textId="77777777" w:rsidR="00AF0552" w:rsidRPr="00B31894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2. Zakresy właściwe dla poszczególnych zajęć edukacyjnych, klasy i roku szkolnego są zamieszczane na stronie internetowej Szkoły w zakładce „Wymagania edukacyjne”, nie później niż do 30 września.</w:t>
      </w:r>
    </w:p>
    <w:p w14:paraId="18ABE954" w14:textId="77777777" w:rsidR="00AF0552" w:rsidRPr="00B31894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3. Uzgodnienie zakresów dokumentuje odpowiedź przesłana przez rodzica za pośrednictwem dziennika elektronicznego.</w:t>
      </w:r>
    </w:p>
    <w:p w14:paraId="1622FEE1" w14:textId="77777777" w:rsidR="00AF0552" w:rsidRPr="00B31894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4. W przypadku zgłoszenia uwag zakres jest uzgadniany indywidualnie z dyrektorem Szkoły.</w:t>
      </w:r>
    </w:p>
    <w:p w14:paraId="5798BC87" w14:textId="77777777" w:rsidR="00AF0552" w:rsidRPr="00B31894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5. Zakresy zamieszczone w zakładce „Wymagania edukacyjne” stanowią podstawę przygotowania zadań egzaminacyjnych. Materiały w zakładce „Przykładowe egzaminy” mają charakter pomocniczy i nie ograniczają zakresu egzaminu.</w:t>
      </w:r>
    </w:p>
    <w:p w14:paraId="19856920" w14:textId="77777777" w:rsidR="00AF0552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6. Uczeń lub jego rodzice mogą zwrócić się do koordynatorki edukacji domowej albo nauczyciela danych zajęć edukacyjnych o wyjaśnienie treści zakresu.</w:t>
      </w:r>
    </w:p>
    <w:p w14:paraId="321C099F" w14:textId="77777777" w:rsidR="00B31894" w:rsidRPr="00B31894" w:rsidRDefault="00B31894" w:rsidP="00B31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2E1EC18D" w14:textId="77777777" w:rsidR="00AF0552" w:rsidRPr="00B31894" w:rsidRDefault="00000000" w:rsidP="00B318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b/>
          <w:sz w:val="24"/>
          <w:szCs w:val="24"/>
          <w:lang w:val="pl-PL"/>
        </w:rPr>
        <w:t>§ 3</w:t>
      </w:r>
    </w:p>
    <w:p w14:paraId="6CF3F84A" w14:textId="77777777" w:rsidR="00AF0552" w:rsidRDefault="00000000" w:rsidP="00B318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b/>
          <w:sz w:val="24"/>
          <w:szCs w:val="24"/>
          <w:lang w:val="pl-PL"/>
        </w:rPr>
        <w:t>Uzgadnianie terminów egzaminów</w:t>
      </w:r>
    </w:p>
    <w:p w14:paraId="29D59ABE" w14:textId="77777777" w:rsidR="00B31894" w:rsidRPr="00B31894" w:rsidRDefault="00B31894" w:rsidP="00B318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66892651" w14:textId="77777777" w:rsidR="00AF0552" w:rsidRPr="00B31894" w:rsidRDefault="00000000" w:rsidP="00B31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 xml:space="preserve">1. Egzamin przeprowadza się </w:t>
      </w:r>
      <w:proofErr w:type="gramStart"/>
      <w:r w:rsidRPr="00B31894">
        <w:rPr>
          <w:rFonts w:ascii="Times New Roman" w:hAnsi="Times New Roman" w:cs="Times New Roman"/>
          <w:sz w:val="24"/>
          <w:szCs w:val="24"/>
          <w:lang w:val="pl-PL"/>
        </w:rPr>
        <w:t>nie później</w:t>
      </w:r>
      <w:proofErr w:type="gramEnd"/>
      <w:r w:rsidRPr="00B31894">
        <w:rPr>
          <w:rFonts w:ascii="Times New Roman" w:hAnsi="Times New Roman" w:cs="Times New Roman"/>
          <w:sz w:val="24"/>
          <w:szCs w:val="24"/>
          <w:lang w:val="pl-PL"/>
        </w:rPr>
        <w:t xml:space="preserve"> niż w dniu poprzedzającym dzień zakończenia rocznych zajęć dydaktyczno-wychowawczych.</w:t>
      </w:r>
    </w:p>
    <w:p w14:paraId="368FDFF2" w14:textId="77777777" w:rsidR="00AF0552" w:rsidRPr="00B31894" w:rsidRDefault="00000000" w:rsidP="00B31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2. Dostępne terminy egzaminów są zamieszczane na stronie internetowej Szkoły oraz na platformie CND.</w:t>
      </w:r>
    </w:p>
    <w:p w14:paraId="488F1DAE" w14:textId="77777777" w:rsidR="00AF0552" w:rsidRPr="00B31894" w:rsidRDefault="00000000" w:rsidP="00B31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3. Termin każdego egzaminu uzgadnia się z uczniem i jego rodzicami:</w:t>
      </w:r>
    </w:p>
    <w:p w14:paraId="35728317" w14:textId="77777777" w:rsidR="00AF0552" w:rsidRPr="00B31894" w:rsidRDefault="00000000" w:rsidP="00B31894">
      <w:pPr>
        <w:spacing w:after="0" w:line="240" w:lineRule="auto"/>
        <w:ind w:left="312" w:hanging="255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1) poprzez wybór terminu udostępnionego przez Szkołę i dokonanie zapisu za pośrednictwem platformy CND albo</w:t>
      </w:r>
    </w:p>
    <w:p w14:paraId="051BCBE5" w14:textId="77777777" w:rsidR="00AF0552" w:rsidRPr="00B31894" w:rsidRDefault="00000000" w:rsidP="00B31894">
      <w:pPr>
        <w:spacing w:after="0" w:line="240" w:lineRule="auto"/>
        <w:ind w:left="312" w:hanging="255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2) poprzez indywidualne ustalenie terminu z koordynatorką edukacji domowej.</w:t>
      </w:r>
    </w:p>
    <w:p w14:paraId="1669CF0F" w14:textId="77777777" w:rsidR="00AF0552" w:rsidRPr="00B31894" w:rsidRDefault="00000000" w:rsidP="00B31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4. Zapis na platformie CND albo odnotowanie indywidualnie ustalonego terminu na liście egzaminacyjnej prowadzonej przez Szkołę dokumentuje uzgodnienie terminu egzaminu.</w:t>
      </w:r>
    </w:p>
    <w:p w14:paraId="74393522" w14:textId="77777777" w:rsidR="00AF0552" w:rsidRPr="00B31894" w:rsidRDefault="00000000" w:rsidP="004D2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lastRenderedPageBreak/>
        <w:t>5. Zmiana uzgodnionego terminu wymaga ponownego uzgodnienia i jest uzależniona od możliwości organizacyjnych Szkoły.</w:t>
      </w:r>
    </w:p>
    <w:p w14:paraId="51B84C84" w14:textId="77777777" w:rsidR="00AF0552" w:rsidRDefault="00000000" w:rsidP="004D2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6. Przewodniczący komisji uzgadnia z uczniem i jego rodzicami liczbę zajęć edukacyjnych, z których uczeń może przystąpić do egzaminów w ciągu jednego dnia, nie większą niż trzy.</w:t>
      </w:r>
    </w:p>
    <w:p w14:paraId="0852572C" w14:textId="77777777" w:rsidR="00B31894" w:rsidRPr="00B31894" w:rsidRDefault="00B31894" w:rsidP="00B31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265C44D6" w14:textId="77777777" w:rsidR="00AF0552" w:rsidRPr="00B31894" w:rsidRDefault="00000000" w:rsidP="00B318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b/>
          <w:sz w:val="24"/>
          <w:szCs w:val="24"/>
          <w:lang w:val="pl-PL"/>
        </w:rPr>
        <w:t>§ 4</w:t>
      </w:r>
    </w:p>
    <w:p w14:paraId="3CC99A43" w14:textId="77777777" w:rsidR="00AF0552" w:rsidRDefault="00000000" w:rsidP="00B318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b/>
          <w:sz w:val="24"/>
          <w:szCs w:val="24"/>
          <w:lang w:val="pl-PL"/>
        </w:rPr>
        <w:t>Nieobecność na egzaminie i termin dodatkowy</w:t>
      </w:r>
    </w:p>
    <w:p w14:paraId="0D2C429E" w14:textId="77777777" w:rsidR="00B31894" w:rsidRPr="00B31894" w:rsidRDefault="00B31894" w:rsidP="00B318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1D2FD1FC" w14:textId="77777777" w:rsidR="00AF0552" w:rsidRPr="00B31894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1. Jeżeli uczeń nie może przystąpić do egzaminu w uzgodnionym terminie, rodzic informuje o tym koordynatorkę edukacji domowej niezwłocznie.</w:t>
      </w:r>
    </w:p>
    <w:p w14:paraId="4E977BA0" w14:textId="77777777" w:rsidR="00AF0552" w:rsidRPr="00B31894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2. Nieobecność na egzaminie wymaga usprawiedliwienia. Szkoła może zwrócić się o przedstawienie dokumentu potwierdzającego przyczynę nieobecności.</w:t>
      </w:r>
    </w:p>
    <w:p w14:paraId="246E831E" w14:textId="77777777" w:rsidR="00AF0552" w:rsidRPr="00B31894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3. W przypadku usprawiedliwionej nieobecności rodzic może wystąpić pisemnie do dyrektora Szkoły z wnioskiem o wyznaczenie dodatkowego terminu egzaminu.</w:t>
      </w:r>
    </w:p>
    <w:p w14:paraId="3EA8CF25" w14:textId="77777777" w:rsidR="00AF0552" w:rsidRPr="00B31894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4. Wzór wniosku jest dostępny na stronie internetowej Szkoły.</w:t>
      </w:r>
    </w:p>
    <w:p w14:paraId="6D1F8F96" w14:textId="77777777" w:rsidR="00AF0552" w:rsidRPr="00B31894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 xml:space="preserve">5. Dodatkowy termin egzaminu wyznacza dyrektor Szkoły, </w:t>
      </w:r>
      <w:proofErr w:type="gramStart"/>
      <w:r w:rsidRPr="00B31894">
        <w:rPr>
          <w:rFonts w:ascii="Times New Roman" w:hAnsi="Times New Roman" w:cs="Times New Roman"/>
          <w:sz w:val="24"/>
          <w:szCs w:val="24"/>
          <w:lang w:val="pl-PL"/>
        </w:rPr>
        <w:t>nie później</w:t>
      </w:r>
      <w:proofErr w:type="gramEnd"/>
      <w:r w:rsidRPr="00B31894">
        <w:rPr>
          <w:rFonts w:ascii="Times New Roman" w:hAnsi="Times New Roman" w:cs="Times New Roman"/>
          <w:sz w:val="24"/>
          <w:szCs w:val="24"/>
          <w:lang w:val="pl-PL"/>
        </w:rPr>
        <w:t xml:space="preserve"> niż do 31 sierpnia danego roku szkolnego.</w:t>
      </w:r>
    </w:p>
    <w:p w14:paraId="6ED462D4" w14:textId="77777777" w:rsidR="00AF0552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6. W przypadku nieusprawiedliwionego nieprzystąpienia do egzaminu stosuje się przepisy prawa oświatowego oraz postanowienia Statutu Szkoły.</w:t>
      </w:r>
    </w:p>
    <w:p w14:paraId="22219DE6" w14:textId="77777777" w:rsidR="00B31894" w:rsidRPr="00B31894" w:rsidRDefault="00B31894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64E04A3C" w14:textId="77777777" w:rsidR="00AF0552" w:rsidRDefault="00000000" w:rsidP="00B318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b/>
          <w:sz w:val="24"/>
          <w:szCs w:val="24"/>
          <w:lang w:val="pl-PL"/>
        </w:rPr>
        <w:t>§ 5</w:t>
      </w:r>
    </w:p>
    <w:p w14:paraId="4040F624" w14:textId="77777777" w:rsidR="00B31894" w:rsidRPr="00B31894" w:rsidRDefault="00B31894" w:rsidP="00B318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0B8CDD4E" w14:textId="77777777" w:rsidR="00AF0552" w:rsidRDefault="00000000" w:rsidP="00B318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b/>
          <w:sz w:val="24"/>
          <w:szCs w:val="24"/>
          <w:lang w:val="pl-PL"/>
        </w:rPr>
        <w:t>Organizacja, przebieg, wynik i dokumentacja egzaminu</w:t>
      </w:r>
    </w:p>
    <w:p w14:paraId="192DAED7" w14:textId="77777777" w:rsidR="00B31894" w:rsidRPr="00B31894" w:rsidRDefault="00B31894" w:rsidP="00B318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3612B654" w14:textId="77777777" w:rsidR="00AF0552" w:rsidRPr="00B31894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1. Egzamin przeprowadza komisja powołana zgodnie z obowiązującymi przepisami prawa oświatowego.</w:t>
      </w:r>
    </w:p>
    <w:p w14:paraId="06E988D0" w14:textId="77777777" w:rsidR="00AF0552" w:rsidRPr="00B31894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2. Egzamin przeprowadza się w formie pisemnej i ustnej, z uwzględnieniem przypadków, w których ze względu na specyfikę zajęć przepisy przewidują inną formę egzaminu.</w:t>
      </w:r>
    </w:p>
    <w:p w14:paraId="4832544D" w14:textId="77777777" w:rsidR="00AF0552" w:rsidRPr="00B31894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3. Egzamin przeprowadza się w miejscu ustalonym zgodnie z obowiązującymi przepisami oraz Statutem Szkoły.</w:t>
      </w:r>
    </w:p>
    <w:p w14:paraId="4DD8E56A" w14:textId="77777777" w:rsidR="00AF0552" w:rsidRPr="00B31894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4. Uczeń wykonuje zadania samodzielnie i stosuje się do poleceń komisji.</w:t>
      </w:r>
    </w:p>
    <w:p w14:paraId="14E5EC60" w14:textId="77777777" w:rsidR="00AF0552" w:rsidRPr="00B31894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5. Podczas egzaminu obowiązują zasady korzystania z telefonów komórkowych i innych urządzeń elektronicznych określone w Statucie Szkoły.</w:t>
      </w:r>
    </w:p>
    <w:p w14:paraId="53A9E2AF" w14:textId="77777777" w:rsidR="00AF0552" w:rsidRPr="00B31894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6. Podczas egzaminu mogą być obecni rodzice ucznia w charakterze obserwatorów. Nie mogą ingerować w przebieg egzaminu ani zakłócać pracy komisji.</w:t>
      </w:r>
    </w:p>
    <w:p w14:paraId="376A3C2D" w14:textId="77777777" w:rsidR="00AF0552" w:rsidRPr="00B31894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7. Roczną ocenę klasyfikacyjną ustala się po przeprowadzeniu wszystkich wymaganych części egzaminu.</w:t>
      </w:r>
    </w:p>
    <w:p w14:paraId="019353B5" w14:textId="77777777" w:rsidR="00AF0552" w:rsidRPr="00B31894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8. O ustalonej rocznej ocenie klasyfikacyjnej informuje się ucznia i jego rodziców.</w:t>
      </w:r>
    </w:p>
    <w:p w14:paraId="0BFEF391" w14:textId="77777777" w:rsidR="00AF0552" w:rsidRDefault="00000000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9. Dokumentację egzaminu sporządza się i udostępnia na zasadach określonych w przepisach prawa oświatowego oraz Statucie Szkoły.</w:t>
      </w:r>
    </w:p>
    <w:p w14:paraId="74B2EDEB" w14:textId="77777777" w:rsidR="00B31894" w:rsidRPr="00B31894" w:rsidRDefault="00B31894" w:rsidP="00B31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4ED2A69E" w14:textId="77777777" w:rsidR="00AF0552" w:rsidRPr="00B31894" w:rsidRDefault="00000000" w:rsidP="00B318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b/>
          <w:sz w:val="24"/>
          <w:szCs w:val="24"/>
          <w:lang w:val="pl-PL"/>
        </w:rPr>
        <w:t>§ 6</w:t>
      </w:r>
    </w:p>
    <w:p w14:paraId="024ECF6F" w14:textId="77777777" w:rsidR="00AF0552" w:rsidRDefault="00000000" w:rsidP="00B318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b/>
          <w:sz w:val="24"/>
          <w:szCs w:val="24"/>
          <w:lang w:val="pl-PL"/>
        </w:rPr>
        <w:t>Postanowienia końcowe</w:t>
      </w:r>
    </w:p>
    <w:p w14:paraId="31935A26" w14:textId="77777777" w:rsidR="00B31894" w:rsidRPr="00B31894" w:rsidRDefault="00B31894" w:rsidP="00B318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247890D2" w14:textId="77777777" w:rsidR="00AF0552" w:rsidRPr="00B31894" w:rsidRDefault="00000000" w:rsidP="00B31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1. Uczeń i jego rodzice są zobowiązani do przestrzegania niniejszego regulaminu.</w:t>
      </w:r>
    </w:p>
    <w:p w14:paraId="4058844F" w14:textId="77777777" w:rsidR="00AF0552" w:rsidRPr="00B31894" w:rsidRDefault="00000000" w:rsidP="00B31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2. W sprawach nieuregulowanych w regulaminie stosuje się przepisy prawa oświatowego oraz postanowienia Statutu Szkoły.</w:t>
      </w:r>
    </w:p>
    <w:p w14:paraId="1ED8A823" w14:textId="77777777" w:rsidR="00AF0552" w:rsidRPr="00B31894" w:rsidRDefault="00000000" w:rsidP="00B31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sz w:val="24"/>
          <w:szCs w:val="24"/>
          <w:lang w:val="pl-PL"/>
        </w:rPr>
        <w:t>3. Regulamin obowiązuje od dnia 1 września 2026 r.</w:t>
      </w:r>
    </w:p>
    <w:p w14:paraId="78B70D98" w14:textId="77777777" w:rsidR="00AF0552" w:rsidRPr="00B31894" w:rsidRDefault="00000000" w:rsidP="00B318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b/>
          <w:sz w:val="24"/>
          <w:szCs w:val="24"/>
          <w:lang w:val="pl-PL"/>
        </w:rPr>
        <w:t>Potwierdzenie przesyłane przez rodzica w dzienniku elektronicznym</w:t>
      </w:r>
    </w:p>
    <w:p w14:paraId="219179FB" w14:textId="77777777" w:rsidR="00AF0552" w:rsidRPr="00B31894" w:rsidRDefault="00000000" w:rsidP="004D2B3C">
      <w:pPr>
        <w:spacing w:after="0" w:line="240" w:lineRule="auto"/>
        <w:ind w:left="227" w:right="22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1894">
        <w:rPr>
          <w:rFonts w:ascii="Times New Roman" w:hAnsi="Times New Roman" w:cs="Times New Roman"/>
          <w:i/>
          <w:sz w:val="24"/>
          <w:szCs w:val="24"/>
          <w:lang w:val="pl-PL"/>
        </w:rPr>
        <w:lastRenderedPageBreak/>
        <w:t>„Potwierdzam zapoznanie się z regulaminem oraz zakresami części podstawy programowej właściwymi dla klasy …………… na rok szkolny 2026/2027, zamieszczonymi na stronie internetowej Szkoły w zakładce „Wymagania edukacyjne”. Potwierdzam uzgodnienie z dyrektorem Szkoły wskazanych zakresów jako zakresów rocznych egzaminów klasyfikacyjnych mojego dziecka w roku szkolnym 2026/2027.”</w:t>
      </w:r>
    </w:p>
    <w:sectPr w:rsidR="00AF0552" w:rsidRPr="00B31894" w:rsidSect="00034616">
      <w:footerReference w:type="default" r:id="rId8"/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EEC75" w14:textId="77777777" w:rsidR="0062543E" w:rsidRDefault="0062543E">
      <w:pPr>
        <w:spacing w:after="0" w:line="240" w:lineRule="auto"/>
      </w:pPr>
      <w:r>
        <w:separator/>
      </w:r>
    </w:p>
  </w:endnote>
  <w:endnote w:type="continuationSeparator" w:id="0">
    <w:p w14:paraId="222999FE" w14:textId="77777777" w:rsidR="0062543E" w:rsidRDefault="00625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CBDA0" w14:textId="09479044" w:rsidR="00AF0552" w:rsidRDefault="00000000">
    <w:pPr>
      <w:pStyle w:val="Stopka"/>
      <w:jc w:val="center"/>
    </w:pPr>
    <w:r>
      <w:t xml:space="preserve">Strona </w:t>
    </w:r>
    <w:r>
      <w:fldChar w:fldCharType="begin"/>
    </w:r>
    <w:r>
      <w:instrText>PAGE</w:instrText>
    </w:r>
    <w:r>
      <w:fldChar w:fldCharType="separate"/>
    </w:r>
    <w:r w:rsidR="00B3189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91073" w14:textId="77777777" w:rsidR="0062543E" w:rsidRDefault="0062543E">
      <w:pPr>
        <w:spacing w:after="0" w:line="240" w:lineRule="auto"/>
      </w:pPr>
      <w:r>
        <w:separator/>
      </w:r>
    </w:p>
  </w:footnote>
  <w:footnote w:type="continuationSeparator" w:id="0">
    <w:p w14:paraId="40F3400D" w14:textId="77777777" w:rsidR="0062543E" w:rsidRDefault="006254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1914397">
    <w:abstractNumId w:val="8"/>
  </w:num>
  <w:num w:numId="2" w16cid:durableId="693922339">
    <w:abstractNumId w:val="6"/>
  </w:num>
  <w:num w:numId="3" w16cid:durableId="304507504">
    <w:abstractNumId w:val="5"/>
  </w:num>
  <w:num w:numId="4" w16cid:durableId="453333582">
    <w:abstractNumId w:val="4"/>
  </w:num>
  <w:num w:numId="5" w16cid:durableId="1147431503">
    <w:abstractNumId w:val="7"/>
  </w:num>
  <w:num w:numId="6" w16cid:durableId="1272856411">
    <w:abstractNumId w:val="3"/>
  </w:num>
  <w:num w:numId="7" w16cid:durableId="1976448518">
    <w:abstractNumId w:val="2"/>
  </w:num>
  <w:num w:numId="8" w16cid:durableId="1335570535">
    <w:abstractNumId w:val="1"/>
  </w:num>
  <w:num w:numId="9" w16cid:durableId="74790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2B3C"/>
    <w:rsid w:val="005C01C5"/>
    <w:rsid w:val="0062543E"/>
    <w:rsid w:val="00AA1D8D"/>
    <w:rsid w:val="00AF0552"/>
    <w:rsid w:val="00B31894"/>
    <w:rsid w:val="00B47730"/>
    <w:rsid w:val="00CB0664"/>
    <w:rsid w:val="00EE76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BC415E56-0CE2-4E95-B227-0E5AD0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eastAsia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gHeading">
    <w:name w:val="RegHeading"/>
    <w:rPr>
      <w:rFonts w:ascii="Aptos" w:eastAsia="Aptos" w:hAnsi="Aptos"/>
      <w:b/>
      <w:sz w:val="24"/>
    </w:rPr>
  </w:style>
  <w:style w:type="paragraph" w:customStyle="1" w:styleId="SectionHeading">
    <w:name w:val="SectionHeading"/>
    <w:rPr>
      <w:rFonts w:ascii="Aptos" w:eastAsia="Aptos" w:hAnsi="Aptos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Kuklewicz Barbara</cp:lastModifiedBy>
  <cp:revision>4</cp:revision>
  <dcterms:created xsi:type="dcterms:W3CDTF">2013-12-23T23:15:00Z</dcterms:created>
  <dcterms:modified xsi:type="dcterms:W3CDTF">2026-09-02T13:01:00Z</dcterms:modified>
  <cp:category/>
</cp:coreProperties>
</file>